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101+ Professional Terms of Workplace Vocabulary Words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Word</w:t>
            </w:r>
          </w:p>
        </w:tc>
        <w:tc>
          <w:tcPr>
            <w:tcW w:type="dxa" w:w="4320"/>
          </w:tcPr>
          <w:p>
            <w:r>
              <w:t>Meaning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Accountability</w:t>
            </w:r>
          </w:p>
        </w:tc>
        <w:tc>
          <w:tcPr>
            <w:tcW w:type="dxa" w:w="4320"/>
          </w:tcPr>
          <w:p>
            <w:r>
              <w:t>Being responsible for tasks and outcomes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Agenda</w:t>
            </w:r>
          </w:p>
        </w:tc>
        <w:tc>
          <w:tcPr>
            <w:tcW w:type="dxa" w:w="4320"/>
          </w:tcPr>
          <w:p>
            <w:r>
              <w:t>List of items to discuss in a meeting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Alignment</w:t>
            </w:r>
          </w:p>
        </w:tc>
        <w:tc>
          <w:tcPr>
            <w:tcW w:type="dxa" w:w="4320"/>
          </w:tcPr>
          <w:p>
            <w:r>
              <w:t>Agreement on goals or direction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Appraisal</w:t>
            </w:r>
          </w:p>
        </w:tc>
        <w:tc>
          <w:tcPr>
            <w:tcW w:type="dxa" w:w="4320"/>
          </w:tcPr>
          <w:p>
            <w:r>
              <w:t>Evaluation of employee performance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Asset</w:t>
            </w:r>
          </w:p>
        </w:tc>
        <w:tc>
          <w:tcPr>
            <w:tcW w:type="dxa" w:w="4320"/>
          </w:tcPr>
          <w:p>
            <w:r>
              <w:t>Valuable resource owned by a company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Benchmark</w:t>
            </w:r>
          </w:p>
        </w:tc>
        <w:tc>
          <w:tcPr>
            <w:tcW w:type="dxa" w:w="4320"/>
          </w:tcPr>
          <w:p>
            <w:r>
              <w:t>Standard for measuring performance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Brainstorming</w:t>
            </w:r>
          </w:p>
        </w:tc>
        <w:tc>
          <w:tcPr>
            <w:tcW w:type="dxa" w:w="4320"/>
          </w:tcPr>
          <w:p>
            <w:r>
              <w:t>Generating ideas in a group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Budget</w:t>
            </w:r>
          </w:p>
        </w:tc>
        <w:tc>
          <w:tcPr>
            <w:tcW w:type="dxa" w:w="4320"/>
          </w:tcPr>
          <w:p>
            <w:r>
              <w:t>Financial plan for income and expenses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Collaboration</w:t>
            </w:r>
          </w:p>
        </w:tc>
        <w:tc>
          <w:tcPr>
            <w:tcW w:type="dxa" w:w="4320"/>
          </w:tcPr>
          <w:p>
            <w:r>
              <w:t>Working together to achieve goals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Compliance</w:t>
            </w:r>
          </w:p>
        </w:tc>
        <w:tc>
          <w:tcPr>
            <w:tcW w:type="dxa" w:w="4320"/>
          </w:tcPr>
          <w:p>
            <w:r>
              <w:t>Following rules and regulations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Confidentiality</w:t>
            </w:r>
          </w:p>
        </w:tc>
        <w:tc>
          <w:tcPr>
            <w:tcW w:type="dxa" w:w="4320"/>
          </w:tcPr>
          <w:p>
            <w:r>
              <w:t>Keeping information private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Consensus</w:t>
            </w:r>
          </w:p>
        </w:tc>
        <w:tc>
          <w:tcPr>
            <w:tcW w:type="dxa" w:w="4320"/>
          </w:tcPr>
          <w:p>
            <w:r>
              <w:t>General agreement among a group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Deadline</w:t>
            </w:r>
          </w:p>
        </w:tc>
        <w:tc>
          <w:tcPr>
            <w:tcW w:type="dxa" w:w="4320"/>
          </w:tcPr>
          <w:p>
            <w:r>
              <w:t>Final date to complete a task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Delegation</w:t>
            </w:r>
          </w:p>
        </w:tc>
        <w:tc>
          <w:tcPr>
            <w:tcW w:type="dxa" w:w="4320"/>
          </w:tcPr>
          <w:p>
            <w:r>
              <w:t>Assigning tasks to others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Deliverable</w:t>
            </w:r>
          </w:p>
        </w:tc>
        <w:tc>
          <w:tcPr>
            <w:tcW w:type="dxa" w:w="4320"/>
          </w:tcPr>
          <w:p>
            <w:r>
              <w:t>Expected output or result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Efficiency</w:t>
            </w:r>
          </w:p>
        </w:tc>
        <w:tc>
          <w:tcPr>
            <w:tcW w:type="dxa" w:w="4320"/>
          </w:tcPr>
          <w:p>
            <w:r>
              <w:t>Doing tasks with minimal waste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Engagement</w:t>
            </w:r>
          </w:p>
        </w:tc>
        <w:tc>
          <w:tcPr>
            <w:tcW w:type="dxa" w:w="4320"/>
          </w:tcPr>
          <w:p>
            <w:r>
              <w:t>Level of employee involvement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Feedback</w:t>
            </w:r>
          </w:p>
        </w:tc>
        <w:tc>
          <w:tcPr>
            <w:tcW w:type="dxa" w:w="4320"/>
          </w:tcPr>
          <w:p>
            <w:r>
              <w:t>Information given for improvement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Forecast</w:t>
            </w:r>
          </w:p>
        </w:tc>
        <w:tc>
          <w:tcPr>
            <w:tcW w:type="dxa" w:w="4320"/>
          </w:tcPr>
          <w:p>
            <w:r>
              <w:t>Prediction of future outcomes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Goal</w:t>
            </w:r>
          </w:p>
        </w:tc>
        <w:tc>
          <w:tcPr>
            <w:tcW w:type="dxa" w:w="4320"/>
          </w:tcPr>
          <w:p>
            <w:r>
              <w:t>Desired result to achieve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Hierarchy</w:t>
            </w:r>
          </w:p>
        </w:tc>
        <w:tc>
          <w:tcPr>
            <w:tcW w:type="dxa" w:w="4320"/>
          </w:tcPr>
          <w:p>
            <w:r>
              <w:t>System of ranking positions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Incentive</w:t>
            </w:r>
          </w:p>
        </w:tc>
        <w:tc>
          <w:tcPr>
            <w:tcW w:type="dxa" w:w="4320"/>
          </w:tcPr>
          <w:p>
            <w:r>
              <w:t>Reward to motivate performance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Initiative</w:t>
            </w:r>
          </w:p>
        </w:tc>
        <w:tc>
          <w:tcPr>
            <w:tcW w:type="dxa" w:w="4320"/>
          </w:tcPr>
          <w:p>
            <w:r>
              <w:t>Taking action without being told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Innovation</w:t>
            </w:r>
          </w:p>
        </w:tc>
        <w:tc>
          <w:tcPr>
            <w:tcW w:type="dxa" w:w="4320"/>
          </w:tcPr>
          <w:p>
            <w:r>
              <w:t>Creating new ideas or methods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Integrity</w:t>
            </w:r>
          </w:p>
        </w:tc>
        <w:tc>
          <w:tcPr>
            <w:tcW w:type="dxa" w:w="4320"/>
          </w:tcPr>
          <w:p>
            <w:r>
              <w:t>Honesty and strong moral principles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Job Description</w:t>
            </w:r>
          </w:p>
        </w:tc>
        <w:tc>
          <w:tcPr>
            <w:tcW w:type="dxa" w:w="4320"/>
          </w:tcPr>
          <w:p>
            <w:r>
              <w:t>Details of job responsibilities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KPI</w:t>
            </w:r>
          </w:p>
        </w:tc>
        <w:tc>
          <w:tcPr>
            <w:tcW w:type="dxa" w:w="4320"/>
          </w:tcPr>
          <w:p>
            <w:r>
              <w:t>Key performance indicator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Leadership</w:t>
            </w:r>
          </w:p>
        </w:tc>
        <w:tc>
          <w:tcPr>
            <w:tcW w:type="dxa" w:w="4320"/>
          </w:tcPr>
          <w:p>
            <w:r>
              <w:t>Ability to guide others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Logistics</w:t>
            </w:r>
          </w:p>
        </w:tc>
        <w:tc>
          <w:tcPr>
            <w:tcW w:type="dxa" w:w="4320"/>
          </w:tcPr>
          <w:p>
            <w:r>
              <w:t>Planning and managing operations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Management</w:t>
            </w:r>
          </w:p>
        </w:tc>
        <w:tc>
          <w:tcPr>
            <w:tcW w:type="dxa" w:w="4320"/>
          </w:tcPr>
          <w:p>
            <w:r>
              <w:t>Controlling and organizing work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Mentorship</w:t>
            </w:r>
          </w:p>
        </w:tc>
        <w:tc>
          <w:tcPr>
            <w:tcW w:type="dxa" w:w="4320"/>
          </w:tcPr>
          <w:p>
            <w:r>
              <w:t>Guidance from an experienced person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Milestone</w:t>
            </w:r>
          </w:p>
        </w:tc>
        <w:tc>
          <w:tcPr>
            <w:tcW w:type="dxa" w:w="4320"/>
          </w:tcPr>
          <w:p>
            <w:r>
              <w:t>Important stage in a project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Mission</w:t>
            </w:r>
          </w:p>
        </w:tc>
        <w:tc>
          <w:tcPr>
            <w:tcW w:type="dxa" w:w="4320"/>
          </w:tcPr>
          <w:p>
            <w:r>
              <w:t>Purpose of an organization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Networking</w:t>
            </w:r>
          </w:p>
        </w:tc>
        <w:tc>
          <w:tcPr>
            <w:tcW w:type="dxa" w:w="4320"/>
          </w:tcPr>
          <w:p>
            <w:r>
              <w:t>Building professional relationships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Objective</w:t>
            </w:r>
          </w:p>
        </w:tc>
        <w:tc>
          <w:tcPr>
            <w:tcW w:type="dxa" w:w="4320"/>
          </w:tcPr>
          <w:p>
            <w:r>
              <w:t>Specific goal to achieve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Onboarding</w:t>
            </w:r>
          </w:p>
        </w:tc>
        <w:tc>
          <w:tcPr>
            <w:tcW w:type="dxa" w:w="4320"/>
          </w:tcPr>
          <w:p>
            <w:r>
              <w:t>Process of training new employees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Optimization</w:t>
            </w:r>
          </w:p>
        </w:tc>
        <w:tc>
          <w:tcPr>
            <w:tcW w:type="dxa" w:w="4320"/>
          </w:tcPr>
          <w:p>
            <w:r>
              <w:t>Making processes more efficient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Outsourcing</w:t>
            </w:r>
          </w:p>
        </w:tc>
        <w:tc>
          <w:tcPr>
            <w:tcW w:type="dxa" w:w="4320"/>
          </w:tcPr>
          <w:p>
            <w:r>
              <w:t>Hiring external services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Performance</w:t>
            </w:r>
          </w:p>
        </w:tc>
        <w:tc>
          <w:tcPr>
            <w:tcW w:type="dxa" w:w="4320"/>
          </w:tcPr>
          <w:p>
            <w:r>
              <w:t>How well tasks are completed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Planning</w:t>
            </w:r>
          </w:p>
        </w:tc>
        <w:tc>
          <w:tcPr>
            <w:tcW w:type="dxa" w:w="4320"/>
          </w:tcPr>
          <w:p>
            <w:r>
              <w:t>Organizing steps to achieve goals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Policy</w:t>
            </w:r>
          </w:p>
        </w:tc>
        <w:tc>
          <w:tcPr>
            <w:tcW w:type="dxa" w:w="4320"/>
          </w:tcPr>
          <w:p>
            <w:r>
              <w:t>Company rules and guidelines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Portfolio</w:t>
            </w:r>
          </w:p>
        </w:tc>
        <w:tc>
          <w:tcPr>
            <w:tcW w:type="dxa" w:w="4320"/>
          </w:tcPr>
          <w:p>
            <w:r>
              <w:t>Collection of work samples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Prioritization</w:t>
            </w:r>
          </w:p>
        </w:tc>
        <w:tc>
          <w:tcPr>
            <w:tcW w:type="dxa" w:w="4320"/>
          </w:tcPr>
          <w:p>
            <w:r>
              <w:t>Arranging tasks by importance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Productivity</w:t>
            </w:r>
          </w:p>
        </w:tc>
        <w:tc>
          <w:tcPr>
            <w:tcW w:type="dxa" w:w="4320"/>
          </w:tcPr>
          <w:p>
            <w:r>
              <w:t>Output achieved in a given time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Professionalism</w:t>
            </w:r>
          </w:p>
        </w:tc>
        <w:tc>
          <w:tcPr>
            <w:tcW w:type="dxa" w:w="4320"/>
          </w:tcPr>
          <w:p>
            <w:r>
              <w:t>Proper behavior at work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Project</w:t>
            </w:r>
          </w:p>
        </w:tc>
        <w:tc>
          <w:tcPr>
            <w:tcW w:type="dxa" w:w="4320"/>
          </w:tcPr>
          <w:p>
            <w:r>
              <w:t>Planned set of tasks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Proposal</w:t>
            </w:r>
          </w:p>
        </w:tc>
        <w:tc>
          <w:tcPr>
            <w:tcW w:type="dxa" w:w="4320"/>
          </w:tcPr>
          <w:p>
            <w:r>
              <w:t>Plan or suggestion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Quality</w:t>
            </w:r>
          </w:p>
        </w:tc>
        <w:tc>
          <w:tcPr>
            <w:tcW w:type="dxa" w:w="4320"/>
          </w:tcPr>
          <w:p>
            <w:r>
              <w:t>Standard of work produced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Recruitment</w:t>
            </w:r>
          </w:p>
        </w:tc>
        <w:tc>
          <w:tcPr>
            <w:tcW w:type="dxa" w:w="4320"/>
          </w:tcPr>
          <w:p>
            <w:r>
              <w:t>Hiring new employees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Report</w:t>
            </w:r>
          </w:p>
        </w:tc>
        <w:tc>
          <w:tcPr>
            <w:tcW w:type="dxa" w:w="4320"/>
          </w:tcPr>
          <w:p>
            <w:r>
              <w:t>Document presenting information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Responsibility</w:t>
            </w:r>
          </w:p>
        </w:tc>
        <w:tc>
          <w:tcPr>
            <w:tcW w:type="dxa" w:w="4320"/>
          </w:tcPr>
          <w:p>
            <w:r>
              <w:t>Duty to complete tasks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Retention</w:t>
            </w:r>
          </w:p>
        </w:tc>
        <w:tc>
          <w:tcPr>
            <w:tcW w:type="dxa" w:w="4320"/>
          </w:tcPr>
          <w:p>
            <w:r>
              <w:t>Keeping employees in a company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Review</w:t>
            </w:r>
          </w:p>
        </w:tc>
        <w:tc>
          <w:tcPr>
            <w:tcW w:type="dxa" w:w="4320"/>
          </w:tcPr>
          <w:p>
            <w:r>
              <w:t>Assessment of work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Risk</w:t>
            </w:r>
          </w:p>
        </w:tc>
        <w:tc>
          <w:tcPr>
            <w:tcW w:type="dxa" w:w="4320"/>
          </w:tcPr>
          <w:p>
            <w:r>
              <w:t>Possibility of loss or failure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Salary</w:t>
            </w:r>
          </w:p>
        </w:tc>
        <w:tc>
          <w:tcPr>
            <w:tcW w:type="dxa" w:w="4320"/>
          </w:tcPr>
          <w:p>
            <w:r>
              <w:t>Fixed regular payment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Schedule</w:t>
            </w:r>
          </w:p>
        </w:tc>
        <w:tc>
          <w:tcPr>
            <w:tcW w:type="dxa" w:w="4320"/>
          </w:tcPr>
          <w:p>
            <w:r>
              <w:t>Planned timetable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Strategy</w:t>
            </w:r>
          </w:p>
        </w:tc>
        <w:tc>
          <w:tcPr>
            <w:tcW w:type="dxa" w:w="4320"/>
          </w:tcPr>
          <w:p>
            <w:r>
              <w:t>Long-term plan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Supervision</w:t>
            </w:r>
          </w:p>
        </w:tc>
        <w:tc>
          <w:tcPr>
            <w:tcW w:type="dxa" w:w="4320"/>
          </w:tcPr>
          <w:p>
            <w:r>
              <w:t>Overseeing work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Sustainability</w:t>
            </w:r>
          </w:p>
        </w:tc>
        <w:tc>
          <w:tcPr>
            <w:tcW w:type="dxa" w:w="4320"/>
          </w:tcPr>
          <w:p>
            <w:r>
              <w:t>Maintaining resources long-term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Target</w:t>
            </w:r>
          </w:p>
        </w:tc>
        <w:tc>
          <w:tcPr>
            <w:tcW w:type="dxa" w:w="4320"/>
          </w:tcPr>
          <w:p>
            <w:r>
              <w:t>Goal to achieve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Teamwork</w:t>
            </w:r>
          </w:p>
        </w:tc>
        <w:tc>
          <w:tcPr>
            <w:tcW w:type="dxa" w:w="4320"/>
          </w:tcPr>
          <w:p>
            <w:r>
              <w:t>Working together effectively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Time Management</w:t>
            </w:r>
          </w:p>
        </w:tc>
        <w:tc>
          <w:tcPr>
            <w:tcW w:type="dxa" w:w="4320"/>
          </w:tcPr>
          <w:p>
            <w:r>
              <w:t>Using time efficiently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Training</w:t>
            </w:r>
          </w:p>
        </w:tc>
        <w:tc>
          <w:tcPr>
            <w:tcW w:type="dxa" w:w="4320"/>
          </w:tcPr>
          <w:p>
            <w:r>
              <w:t>Learning new skills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Turnover</w:t>
            </w:r>
          </w:p>
        </w:tc>
        <w:tc>
          <w:tcPr>
            <w:tcW w:type="dxa" w:w="4320"/>
          </w:tcPr>
          <w:p>
            <w:r>
              <w:t>Rate of employees leaving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Vision</w:t>
            </w:r>
          </w:p>
        </w:tc>
        <w:tc>
          <w:tcPr>
            <w:tcW w:type="dxa" w:w="4320"/>
          </w:tcPr>
          <w:p>
            <w:r>
              <w:t>Future goal of organization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Workflow</w:t>
            </w:r>
          </w:p>
        </w:tc>
        <w:tc>
          <w:tcPr>
            <w:tcW w:type="dxa" w:w="4320"/>
          </w:tcPr>
          <w:p>
            <w:r>
              <w:t>Sequence of tasks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Workload</w:t>
            </w:r>
          </w:p>
        </w:tc>
        <w:tc>
          <w:tcPr>
            <w:tcW w:type="dxa" w:w="4320"/>
          </w:tcPr>
          <w:p>
            <w:r>
              <w:t>Amount of work assigned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Authority</w:t>
            </w:r>
          </w:p>
        </w:tc>
        <w:tc>
          <w:tcPr>
            <w:tcW w:type="dxa" w:w="4320"/>
          </w:tcPr>
          <w:p>
            <w:r>
              <w:t>Power to make decisions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Balance</w:t>
            </w:r>
          </w:p>
        </w:tc>
        <w:tc>
          <w:tcPr>
            <w:tcW w:type="dxa" w:w="4320"/>
          </w:tcPr>
          <w:p>
            <w:r>
              <w:t>Managing work and life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Capability</w:t>
            </w:r>
          </w:p>
        </w:tc>
        <w:tc>
          <w:tcPr>
            <w:tcW w:type="dxa" w:w="4320"/>
          </w:tcPr>
          <w:p>
            <w:r>
              <w:t>Ability to perform tasks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Coordination</w:t>
            </w:r>
          </w:p>
        </w:tc>
        <w:tc>
          <w:tcPr>
            <w:tcW w:type="dxa" w:w="4320"/>
          </w:tcPr>
          <w:p>
            <w:r>
              <w:t>Organizing activities smoothly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Credibility</w:t>
            </w:r>
          </w:p>
        </w:tc>
        <w:tc>
          <w:tcPr>
            <w:tcW w:type="dxa" w:w="4320"/>
          </w:tcPr>
          <w:p>
            <w:r>
              <w:t>Trustworthiness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Decision-making</w:t>
            </w:r>
          </w:p>
        </w:tc>
        <w:tc>
          <w:tcPr>
            <w:tcW w:type="dxa" w:w="4320"/>
          </w:tcPr>
          <w:p>
            <w:r>
              <w:t>Choosing best option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Dependability</w:t>
            </w:r>
          </w:p>
        </w:tc>
        <w:tc>
          <w:tcPr>
            <w:tcW w:type="dxa" w:w="4320"/>
          </w:tcPr>
          <w:p>
            <w:r>
              <w:t>Reliability in work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Development</w:t>
            </w:r>
          </w:p>
        </w:tc>
        <w:tc>
          <w:tcPr>
            <w:tcW w:type="dxa" w:w="4320"/>
          </w:tcPr>
          <w:p>
            <w:r>
              <w:t>Improving skills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Discipline</w:t>
            </w:r>
          </w:p>
        </w:tc>
        <w:tc>
          <w:tcPr>
            <w:tcW w:type="dxa" w:w="4320"/>
          </w:tcPr>
          <w:p>
            <w:r>
              <w:t>Following rules consistently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Documentation</w:t>
            </w:r>
          </w:p>
        </w:tc>
        <w:tc>
          <w:tcPr>
            <w:tcW w:type="dxa" w:w="4320"/>
          </w:tcPr>
          <w:p>
            <w:r>
              <w:t>Recording information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Empowerment</w:t>
            </w:r>
          </w:p>
        </w:tc>
        <w:tc>
          <w:tcPr>
            <w:tcW w:type="dxa" w:w="4320"/>
          </w:tcPr>
          <w:p>
            <w:r>
              <w:t>Giving authority to employees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Evaluation</w:t>
            </w:r>
          </w:p>
        </w:tc>
        <w:tc>
          <w:tcPr>
            <w:tcW w:type="dxa" w:w="4320"/>
          </w:tcPr>
          <w:p>
            <w:r>
              <w:t>Assessing performance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Execution</w:t>
            </w:r>
          </w:p>
        </w:tc>
        <w:tc>
          <w:tcPr>
            <w:tcW w:type="dxa" w:w="4320"/>
          </w:tcPr>
          <w:p>
            <w:r>
              <w:t>Carrying out tasks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Expertise</w:t>
            </w:r>
          </w:p>
        </w:tc>
        <w:tc>
          <w:tcPr>
            <w:tcW w:type="dxa" w:w="4320"/>
          </w:tcPr>
          <w:p>
            <w:r>
              <w:t>Specialized knowledge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Flexibility</w:t>
            </w:r>
          </w:p>
        </w:tc>
        <w:tc>
          <w:tcPr>
            <w:tcW w:type="dxa" w:w="4320"/>
          </w:tcPr>
          <w:p>
            <w:r>
              <w:t>Ability to adapt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Focus</w:t>
            </w:r>
          </w:p>
        </w:tc>
        <w:tc>
          <w:tcPr>
            <w:tcW w:type="dxa" w:w="4320"/>
          </w:tcPr>
          <w:p>
            <w:r>
              <w:t>Concentrating on tasks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Growth</w:t>
            </w:r>
          </w:p>
        </w:tc>
        <w:tc>
          <w:tcPr>
            <w:tcW w:type="dxa" w:w="4320"/>
          </w:tcPr>
          <w:p>
            <w:r>
              <w:t>Increase or improvement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Improvement</w:t>
            </w:r>
          </w:p>
        </w:tc>
        <w:tc>
          <w:tcPr>
            <w:tcW w:type="dxa" w:w="4320"/>
          </w:tcPr>
          <w:p>
            <w:r>
              <w:t>Enhancing performance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Influence</w:t>
            </w:r>
          </w:p>
        </w:tc>
        <w:tc>
          <w:tcPr>
            <w:tcW w:type="dxa" w:w="4320"/>
          </w:tcPr>
          <w:p>
            <w:r>
              <w:t>Ability to affect others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Insight</w:t>
            </w:r>
          </w:p>
        </w:tc>
        <w:tc>
          <w:tcPr>
            <w:tcW w:type="dxa" w:w="4320"/>
          </w:tcPr>
          <w:p>
            <w:r>
              <w:t>Deep understanding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Motivation</w:t>
            </w:r>
          </w:p>
        </w:tc>
        <w:tc>
          <w:tcPr>
            <w:tcW w:type="dxa" w:w="4320"/>
          </w:tcPr>
          <w:p>
            <w:r>
              <w:t>Drive to achieve goals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Negotiation</w:t>
            </w:r>
          </w:p>
        </w:tc>
        <w:tc>
          <w:tcPr>
            <w:tcW w:type="dxa" w:w="4320"/>
          </w:tcPr>
          <w:p>
            <w:r>
              <w:t>Reaching agreement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Organization</w:t>
            </w:r>
          </w:p>
        </w:tc>
        <w:tc>
          <w:tcPr>
            <w:tcW w:type="dxa" w:w="4320"/>
          </w:tcPr>
          <w:p>
            <w:r>
              <w:t>Arranging tasks systematically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Ownership</w:t>
            </w:r>
          </w:p>
        </w:tc>
        <w:tc>
          <w:tcPr>
            <w:tcW w:type="dxa" w:w="4320"/>
          </w:tcPr>
          <w:p>
            <w:r>
              <w:t>Taking responsibility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Partnership</w:t>
            </w:r>
          </w:p>
        </w:tc>
        <w:tc>
          <w:tcPr>
            <w:tcW w:type="dxa" w:w="4320"/>
          </w:tcPr>
          <w:p>
            <w:r>
              <w:t>Working together formally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Performance Review</w:t>
            </w:r>
          </w:p>
        </w:tc>
        <w:tc>
          <w:tcPr>
            <w:tcW w:type="dxa" w:w="4320"/>
          </w:tcPr>
          <w:p>
            <w:r>
              <w:t>Evaluation of employee work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Planning Cycle</w:t>
            </w:r>
          </w:p>
        </w:tc>
        <w:tc>
          <w:tcPr>
            <w:tcW w:type="dxa" w:w="4320"/>
          </w:tcPr>
          <w:p>
            <w:r>
              <w:t>Repeated planning process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Problem-solving</w:t>
            </w:r>
          </w:p>
        </w:tc>
        <w:tc>
          <w:tcPr>
            <w:tcW w:type="dxa" w:w="4320"/>
          </w:tcPr>
          <w:p>
            <w:r>
              <w:t>Finding solutions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Progress</w:t>
            </w:r>
          </w:p>
        </w:tc>
        <w:tc>
          <w:tcPr>
            <w:tcW w:type="dxa" w:w="4320"/>
          </w:tcPr>
          <w:p>
            <w:r>
              <w:t>Movement toward goal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Resource</w:t>
            </w:r>
          </w:p>
        </w:tc>
        <w:tc>
          <w:tcPr>
            <w:tcW w:type="dxa" w:w="4320"/>
          </w:tcPr>
          <w:p>
            <w:r>
              <w:t>Material or asset used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Skillset</w:t>
            </w:r>
          </w:p>
        </w:tc>
        <w:tc>
          <w:tcPr>
            <w:tcW w:type="dxa" w:w="4320"/>
          </w:tcPr>
          <w:p>
            <w:r>
              <w:t>Collection of abilities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Support</w:t>
            </w:r>
          </w:p>
        </w:tc>
        <w:tc>
          <w:tcPr>
            <w:tcW w:type="dxa" w:w="4320"/>
          </w:tcPr>
          <w:p>
            <w:r>
              <w:t>Helping others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Task</w:t>
            </w:r>
          </w:p>
        </w:tc>
        <w:tc>
          <w:tcPr>
            <w:tcW w:type="dxa" w:w="4320"/>
          </w:tcPr>
          <w:p>
            <w:r>
              <w:t>Piece of work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Tracking</w:t>
            </w:r>
          </w:p>
        </w:tc>
        <w:tc>
          <w:tcPr>
            <w:tcW w:type="dxa" w:w="4320"/>
          </w:tcPr>
          <w:p>
            <w:r>
              <w:t>Monitoring progress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